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DF7" w:rsidRPr="00F10DF7" w:rsidRDefault="00F10DF7" w:rsidP="00F10DF7">
      <w:pPr>
        <w:jc w:val="both"/>
        <w:rPr>
          <w:lang w:val="fr-FR"/>
        </w:rPr>
      </w:pPr>
      <w:bookmarkStart w:id="0" w:name="_GoBack"/>
      <w:bookmarkEnd w:id="0"/>
      <w:r w:rsidRPr="00F10DF7">
        <w:rPr>
          <w:lang w:val="fr-FR"/>
        </w:rPr>
        <w:t xml:space="preserve">Dans le cadre de ses activités, </w:t>
      </w:r>
      <w:r>
        <w:rPr>
          <w:lang w:val="fr-FR"/>
        </w:rPr>
        <w:t>un club peut être amené</w:t>
      </w:r>
      <w:r w:rsidRPr="00F10DF7">
        <w:rPr>
          <w:lang w:val="fr-FR"/>
        </w:rPr>
        <w:t xml:space="preserve"> à collecter, traiter ou conserver des données personnelles (adhérents, visiteurs du site, salariés, bénévoles, etc.)</w:t>
      </w:r>
      <w:r>
        <w:rPr>
          <w:lang w:val="fr-FR"/>
        </w:rPr>
        <w:t xml:space="preserve"> par l’intermédiaire de son site web. Ce dernier </w:t>
      </w:r>
      <w:r w:rsidRPr="00F10DF7">
        <w:rPr>
          <w:lang w:val="fr-FR"/>
        </w:rPr>
        <w:t>doit se conformer au Règlement Général sur la Protection des Données (RGPD).</w:t>
      </w:r>
    </w:p>
    <w:p w:rsidR="00F10DF7" w:rsidRPr="00F10DF7" w:rsidRDefault="00F10DF7" w:rsidP="00F10DF7">
      <w:pPr>
        <w:jc w:val="both"/>
        <w:rPr>
          <w:lang w:val="fr-FR"/>
        </w:rPr>
      </w:pPr>
      <w:r w:rsidRPr="00F10DF7">
        <w:rPr>
          <w:lang w:val="fr-FR"/>
        </w:rPr>
        <w:t>Le document ci-joint constitue un modèle de politique de protection des données personnelles, conçu pour être adapté aux spécificités de votre club. Il permet de formaliser vos engagements en matière de respect de la vie privée et de transparence vis-à-vis des personnes concernées.</w:t>
      </w:r>
    </w:p>
    <w:p w:rsidR="000C3B37" w:rsidRPr="00F10DF7" w:rsidRDefault="00F10DF7">
      <w:pPr>
        <w:pStyle w:val="Titre1"/>
        <w:rPr>
          <w:lang w:val="fr-FR"/>
        </w:rPr>
      </w:pPr>
      <w:r w:rsidRPr="00F10DF7">
        <w:rPr>
          <w:lang w:val="fr-FR"/>
        </w:rPr>
        <w:t>Politique de protection des données personnelles – Club d’Aïkido</w:t>
      </w:r>
    </w:p>
    <w:p w:rsidR="000C3B37" w:rsidRPr="00F10DF7" w:rsidRDefault="00F10DF7">
      <w:pPr>
        <w:pStyle w:val="Titre2"/>
        <w:rPr>
          <w:lang w:val="fr-FR"/>
        </w:rPr>
      </w:pPr>
      <w:r w:rsidRPr="00F10DF7">
        <w:rPr>
          <w:lang w:val="fr-FR"/>
        </w:rPr>
        <w:t>Engagement du club</w:t>
      </w:r>
    </w:p>
    <w:p w:rsidR="000C3B37" w:rsidRPr="00F10DF7" w:rsidRDefault="00F10DF7">
      <w:pPr>
        <w:rPr>
          <w:lang w:val="fr-FR"/>
        </w:rPr>
      </w:pPr>
      <w:r w:rsidRPr="00F10DF7">
        <w:rPr>
          <w:lang w:val="fr-FR"/>
        </w:rPr>
        <w:t>Le Club d’Aïkido [Nom du club] s’engage à respecter la vie privée des visiteurs de son site internet et à protéger les données personnelles collectées dans le cadre de ses activités en ligne.</w:t>
      </w:r>
      <w:r w:rsidRPr="00F10DF7">
        <w:rPr>
          <w:lang w:val="fr-FR"/>
        </w:rPr>
        <w:br/>
        <w:t>Cette politique vise à vous informer :</w:t>
      </w:r>
      <w:r w:rsidRPr="00F10DF7">
        <w:rPr>
          <w:lang w:val="fr-FR"/>
        </w:rPr>
        <w:br/>
        <w:t>- des données que nous collectons,</w:t>
      </w:r>
      <w:r w:rsidRPr="00F10DF7">
        <w:rPr>
          <w:lang w:val="fr-FR"/>
        </w:rPr>
        <w:br/>
        <w:t>- de la manière dont elles sont utilisées,</w:t>
      </w:r>
      <w:r w:rsidRPr="00F10DF7">
        <w:rPr>
          <w:lang w:val="fr-FR"/>
        </w:rPr>
        <w:br/>
        <w:t>- de vos droits en matière de protection des données,</w:t>
      </w:r>
      <w:r w:rsidRPr="00F10DF7">
        <w:rPr>
          <w:lang w:val="fr-FR"/>
        </w:rPr>
        <w:br/>
        <w:t>- et des mesures prises pour garantir leur sécurité.</w:t>
      </w:r>
      <w:r w:rsidRPr="00F10DF7">
        <w:rPr>
          <w:lang w:val="fr-FR"/>
        </w:rPr>
        <w:br/>
      </w:r>
      <w:r w:rsidRPr="00F10DF7">
        <w:rPr>
          <w:lang w:val="fr-FR"/>
        </w:rPr>
        <w:br/>
        <w:t>Toutes les opérations sont réalisées conformément au Règlement Général sur la Protection des Données (RGPD) et à la législation française en vigueur.</w:t>
      </w:r>
    </w:p>
    <w:p w:rsidR="000C3B37" w:rsidRPr="00F10DF7" w:rsidRDefault="00F10DF7">
      <w:pPr>
        <w:pStyle w:val="Titre2"/>
        <w:rPr>
          <w:lang w:val="fr-FR"/>
        </w:rPr>
      </w:pPr>
      <w:r w:rsidRPr="00F10DF7">
        <w:rPr>
          <w:lang w:val="fr-FR"/>
        </w:rPr>
        <w:t>1. Responsable du traitement</w:t>
      </w:r>
    </w:p>
    <w:p w:rsidR="000C3B37" w:rsidRPr="00F10DF7" w:rsidRDefault="00F10DF7">
      <w:pPr>
        <w:rPr>
          <w:lang w:val="fr-FR"/>
        </w:rPr>
      </w:pPr>
      <w:r w:rsidRPr="00F10DF7">
        <w:rPr>
          <w:lang w:val="fr-FR"/>
        </w:rPr>
        <w:t>Le responsable du traitement est :</w:t>
      </w:r>
      <w:r w:rsidRPr="00F10DF7">
        <w:rPr>
          <w:lang w:val="fr-FR"/>
        </w:rPr>
        <w:br/>
        <w:t>[Nom du club d’Aïkido]</w:t>
      </w:r>
      <w:r w:rsidRPr="00F10DF7">
        <w:rPr>
          <w:lang w:val="fr-FR"/>
        </w:rPr>
        <w:br/>
        <w:t>Adresse : [adresse complète]</w:t>
      </w:r>
      <w:r w:rsidRPr="00F10DF7">
        <w:rPr>
          <w:lang w:val="fr-FR"/>
        </w:rPr>
        <w:br/>
        <w:t>Email : [email du DPO ou contact RGPD]</w:t>
      </w:r>
    </w:p>
    <w:p w:rsidR="000C3B37" w:rsidRPr="00F10DF7" w:rsidRDefault="00F10DF7">
      <w:pPr>
        <w:pStyle w:val="Titre2"/>
        <w:rPr>
          <w:lang w:val="fr-FR"/>
        </w:rPr>
      </w:pPr>
      <w:r w:rsidRPr="00F10DF7">
        <w:rPr>
          <w:lang w:val="fr-FR"/>
        </w:rPr>
        <w:t>2. Données collectées sur le site</w:t>
      </w:r>
    </w:p>
    <w:p w:rsidR="000C3B37" w:rsidRPr="00F10DF7" w:rsidRDefault="00F10DF7">
      <w:pPr>
        <w:rPr>
          <w:lang w:val="fr-FR"/>
        </w:rPr>
      </w:pPr>
      <w:r w:rsidRPr="00F10DF7">
        <w:rPr>
          <w:lang w:val="fr-FR"/>
        </w:rPr>
        <w:t>Nous collectons uniquement les données nécessaires à nos activités :</w:t>
      </w:r>
      <w:r w:rsidRPr="00F10DF7">
        <w:rPr>
          <w:lang w:val="fr-FR"/>
        </w:rPr>
        <w:br/>
        <w:t>- Formulaire de contact : nom, prénom, adresse email, téléphone, message.</w:t>
      </w:r>
      <w:r w:rsidRPr="00F10DF7">
        <w:rPr>
          <w:lang w:val="fr-FR"/>
        </w:rPr>
        <w:br/>
        <w:t>- Inscription à la newsletter : adresse email.</w:t>
      </w:r>
      <w:r w:rsidRPr="00F10DF7">
        <w:rPr>
          <w:lang w:val="fr-FR"/>
        </w:rPr>
        <w:br/>
        <w:t>- Statistiques de fréquentation : pages consultées, date et heure, provenance de la visite (via cookies).</w:t>
      </w:r>
      <w:r w:rsidRPr="00F10DF7">
        <w:rPr>
          <w:lang w:val="fr-FR"/>
        </w:rPr>
        <w:br/>
        <w:t>- Partage sur les réseaux sociaux : données liées à l’utilisation des boutons de partage (Facebook, Twitter, etc.).</w:t>
      </w:r>
    </w:p>
    <w:p w:rsidR="000C3B37" w:rsidRPr="00F10DF7" w:rsidRDefault="00F10DF7">
      <w:pPr>
        <w:pStyle w:val="Titre2"/>
        <w:rPr>
          <w:lang w:val="fr-FR"/>
        </w:rPr>
      </w:pPr>
      <w:r w:rsidRPr="00F10DF7">
        <w:rPr>
          <w:lang w:val="fr-FR"/>
        </w:rPr>
        <w:t>3. Finalités du traitement</w:t>
      </w:r>
    </w:p>
    <w:p w:rsidR="000C3B37" w:rsidRPr="00F10DF7" w:rsidRDefault="00F10DF7">
      <w:pPr>
        <w:rPr>
          <w:lang w:val="fr-FR"/>
        </w:rPr>
      </w:pPr>
      <w:r w:rsidRPr="00F10DF7">
        <w:rPr>
          <w:lang w:val="fr-FR"/>
        </w:rPr>
        <w:t>Les données sont utilisées pour :</w:t>
      </w:r>
      <w:r w:rsidRPr="00F10DF7">
        <w:rPr>
          <w:lang w:val="fr-FR"/>
        </w:rPr>
        <w:br/>
        <w:t>- répondre aux demandes via le formulaire de contact,</w:t>
      </w:r>
      <w:r w:rsidRPr="00F10DF7">
        <w:rPr>
          <w:lang w:val="fr-FR"/>
        </w:rPr>
        <w:br/>
      </w:r>
      <w:r w:rsidRPr="00F10DF7">
        <w:rPr>
          <w:lang w:val="fr-FR"/>
        </w:rPr>
        <w:lastRenderedPageBreak/>
        <w:t>- envoyer des newsletters (si vous y êtes inscrit),</w:t>
      </w:r>
      <w:r w:rsidRPr="00F10DF7">
        <w:rPr>
          <w:lang w:val="fr-FR"/>
        </w:rPr>
        <w:br/>
        <w:t>- analyser la fréquentation du site,</w:t>
      </w:r>
      <w:r w:rsidRPr="00F10DF7">
        <w:rPr>
          <w:lang w:val="fr-FR"/>
        </w:rPr>
        <w:br/>
        <w:t>- permettre le partage de contenu sur les réseaux sociaux.</w:t>
      </w:r>
    </w:p>
    <w:p w:rsidR="000C3B37" w:rsidRPr="00F10DF7" w:rsidRDefault="00F10DF7">
      <w:pPr>
        <w:pStyle w:val="Titre2"/>
        <w:rPr>
          <w:lang w:val="fr-FR"/>
        </w:rPr>
      </w:pPr>
      <w:r w:rsidRPr="00F10DF7">
        <w:rPr>
          <w:lang w:val="fr-FR"/>
        </w:rPr>
        <w:t>4. Base légale</w:t>
      </w:r>
    </w:p>
    <w:p w:rsidR="000C3B37" w:rsidRPr="00F10DF7" w:rsidRDefault="00F10DF7">
      <w:pPr>
        <w:rPr>
          <w:lang w:val="fr-FR"/>
        </w:rPr>
      </w:pPr>
      <w:r w:rsidRPr="00F10DF7">
        <w:rPr>
          <w:lang w:val="fr-FR"/>
        </w:rPr>
        <w:t>Le traitement repose sur :</w:t>
      </w:r>
      <w:r w:rsidRPr="00F10DF7">
        <w:rPr>
          <w:lang w:val="fr-FR"/>
        </w:rPr>
        <w:br/>
        <w:t>- votre consentement (formulaire, newsletter, cookies),</w:t>
      </w:r>
      <w:r w:rsidRPr="00F10DF7">
        <w:rPr>
          <w:lang w:val="fr-FR"/>
        </w:rPr>
        <w:br/>
        <w:t>- l’intérêt légitime du club pour assurer le bon fonctionnement du site.</w:t>
      </w:r>
    </w:p>
    <w:p w:rsidR="000C3B37" w:rsidRDefault="00F10DF7">
      <w:pPr>
        <w:pStyle w:val="Titre2"/>
      </w:pPr>
      <w:r>
        <w:t>5. Durée de conservation</w:t>
      </w:r>
    </w:p>
    <w:tbl>
      <w:tblPr>
        <w:tblW w:w="0" w:type="auto"/>
        <w:tblLook w:val="04A0" w:firstRow="1" w:lastRow="0" w:firstColumn="1" w:lastColumn="0" w:noHBand="0" w:noVBand="1"/>
      </w:tblPr>
      <w:tblGrid>
        <w:gridCol w:w="4320"/>
        <w:gridCol w:w="4320"/>
      </w:tblGrid>
      <w:tr w:rsidR="000C3B37">
        <w:tc>
          <w:tcPr>
            <w:tcW w:w="4320" w:type="dxa"/>
          </w:tcPr>
          <w:p w:rsidR="000C3B37" w:rsidRDefault="00F10DF7">
            <w:r>
              <w:t>Finalité</w:t>
            </w:r>
          </w:p>
        </w:tc>
        <w:tc>
          <w:tcPr>
            <w:tcW w:w="4320" w:type="dxa"/>
          </w:tcPr>
          <w:p w:rsidR="000C3B37" w:rsidRDefault="00F10DF7">
            <w:r>
              <w:t>Durée</w:t>
            </w:r>
          </w:p>
        </w:tc>
      </w:tr>
      <w:tr w:rsidR="000C3B37">
        <w:tc>
          <w:tcPr>
            <w:tcW w:w="4320" w:type="dxa"/>
          </w:tcPr>
          <w:p w:rsidR="000C3B37" w:rsidRDefault="00F10DF7">
            <w:r>
              <w:t>Demandes via le formulaire</w:t>
            </w:r>
          </w:p>
        </w:tc>
        <w:tc>
          <w:tcPr>
            <w:tcW w:w="4320" w:type="dxa"/>
          </w:tcPr>
          <w:p w:rsidR="000C3B37" w:rsidRDefault="00F10DF7">
            <w:r>
              <w:t>1 an</w:t>
            </w:r>
          </w:p>
        </w:tc>
      </w:tr>
      <w:tr w:rsidR="000C3B37" w:rsidRPr="00605FFC">
        <w:tc>
          <w:tcPr>
            <w:tcW w:w="4320" w:type="dxa"/>
          </w:tcPr>
          <w:p w:rsidR="000C3B37" w:rsidRDefault="00F10DF7">
            <w:r>
              <w:t>Statistiques et cookies</w:t>
            </w:r>
          </w:p>
        </w:tc>
        <w:tc>
          <w:tcPr>
            <w:tcW w:w="4320" w:type="dxa"/>
          </w:tcPr>
          <w:p w:rsidR="000C3B37" w:rsidRPr="00F10DF7" w:rsidRDefault="00F10DF7">
            <w:pPr>
              <w:rPr>
                <w:lang w:val="fr-FR"/>
              </w:rPr>
            </w:pPr>
            <w:r w:rsidRPr="00F10DF7">
              <w:rPr>
                <w:lang w:val="fr-FR"/>
              </w:rPr>
              <w:t>6 à 13 mois selon le type</w:t>
            </w:r>
          </w:p>
        </w:tc>
      </w:tr>
      <w:tr w:rsidR="000C3B37">
        <w:tc>
          <w:tcPr>
            <w:tcW w:w="4320" w:type="dxa"/>
          </w:tcPr>
          <w:p w:rsidR="000C3B37" w:rsidRDefault="00F10DF7">
            <w:r>
              <w:t>Newsletter</w:t>
            </w:r>
          </w:p>
        </w:tc>
        <w:tc>
          <w:tcPr>
            <w:tcW w:w="4320" w:type="dxa"/>
          </w:tcPr>
          <w:p w:rsidR="000C3B37" w:rsidRDefault="00F10DF7">
            <w:r>
              <w:t>Jusqu’à désinscription</w:t>
            </w:r>
          </w:p>
        </w:tc>
      </w:tr>
    </w:tbl>
    <w:p w:rsidR="000C3B37" w:rsidRDefault="00F10DF7">
      <w:pPr>
        <w:pStyle w:val="Titre2"/>
      </w:pPr>
      <w:r>
        <w:t>6. Vos droits</w:t>
      </w:r>
    </w:p>
    <w:p w:rsidR="000C3B37" w:rsidRPr="00F10DF7" w:rsidRDefault="00F10DF7">
      <w:pPr>
        <w:rPr>
          <w:lang w:val="fr-FR"/>
        </w:rPr>
      </w:pPr>
      <w:r w:rsidRPr="00F10DF7">
        <w:rPr>
          <w:lang w:val="fr-FR"/>
        </w:rPr>
        <w:t>Conformément au RGPD, vous disposez des droits suivants :</w:t>
      </w:r>
      <w:r w:rsidRPr="00F10DF7">
        <w:rPr>
          <w:lang w:val="fr-FR"/>
        </w:rPr>
        <w:br/>
        <w:t>- Accès à vos données,</w:t>
      </w:r>
      <w:r w:rsidRPr="00F10DF7">
        <w:rPr>
          <w:lang w:val="fr-FR"/>
        </w:rPr>
        <w:br/>
        <w:t>- Rectification ou suppression,</w:t>
      </w:r>
      <w:r w:rsidRPr="00F10DF7">
        <w:rPr>
          <w:lang w:val="fr-FR"/>
        </w:rPr>
        <w:br/>
        <w:t>- Limitation ou opposition au traitement,</w:t>
      </w:r>
      <w:r w:rsidRPr="00F10DF7">
        <w:rPr>
          <w:lang w:val="fr-FR"/>
        </w:rPr>
        <w:br/>
        <w:t>- Portabilité de vos données,</w:t>
      </w:r>
      <w:r w:rsidRPr="00F10DF7">
        <w:rPr>
          <w:lang w:val="fr-FR"/>
        </w:rPr>
        <w:br/>
        <w:t>- Définition de directives post-mortem.</w:t>
      </w:r>
      <w:r w:rsidRPr="00F10DF7">
        <w:rPr>
          <w:lang w:val="fr-FR"/>
        </w:rPr>
        <w:br/>
      </w:r>
      <w:r w:rsidRPr="00F10DF7">
        <w:rPr>
          <w:lang w:val="fr-FR"/>
        </w:rPr>
        <w:br/>
        <w:t>Pour exercer vos droits, contactez-nous à :</w:t>
      </w:r>
      <w:r w:rsidRPr="00F10DF7">
        <w:rPr>
          <w:lang w:val="fr-FR"/>
        </w:rPr>
        <w:br/>
        <w:t>Email : [adresse email du DPO ou du club]</w:t>
      </w:r>
      <w:r w:rsidRPr="00F10DF7">
        <w:rPr>
          <w:lang w:val="fr-FR"/>
        </w:rPr>
        <w:br/>
        <w:t>Adresse postale : [adresse du club]</w:t>
      </w:r>
    </w:p>
    <w:p w:rsidR="000C3B37" w:rsidRPr="00F10DF7" w:rsidRDefault="00F10DF7">
      <w:pPr>
        <w:pStyle w:val="Titre2"/>
        <w:rPr>
          <w:lang w:val="fr-FR"/>
        </w:rPr>
      </w:pPr>
      <w:r w:rsidRPr="00F10DF7">
        <w:rPr>
          <w:lang w:val="fr-FR"/>
        </w:rPr>
        <w:t>7. Destinataires des données</w:t>
      </w:r>
    </w:p>
    <w:p w:rsidR="000C3B37" w:rsidRPr="00F10DF7" w:rsidRDefault="00F10DF7">
      <w:pPr>
        <w:rPr>
          <w:lang w:val="fr-FR"/>
        </w:rPr>
      </w:pPr>
      <w:r w:rsidRPr="00F10DF7">
        <w:rPr>
          <w:lang w:val="fr-FR"/>
        </w:rPr>
        <w:t>Les données sont accessibles uniquement aux membres du club en charge du site et à nos prestataires techniques. Elles ne sont jamais vendues ni partagées sans votre consentement, sauf obligation légale.</w:t>
      </w:r>
    </w:p>
    <w:p w:rsidR="000C3B37" w:rsidRPr="00F10DF7" w:rsidRDefault="00F10DF7">
      <w:pPr>
        <w:pStyle w:val="Titre2"/>
        <w:rPr>
          <w:lang w:val="fr-FR"/>
        </w:rPr>
      </w:pPr>
      <w:r w:rsidRPr="00F10DF7">
        <w:rPr>
          <w:lang w:val="fr-FR"/>
        </w:rPr>
        <w:t>8. Sécurité</w:t>
      </w:r>
    </w:p>
    <w:p w:rsidR="000C3B37" w:rsidRPr="00F10DF7" w:rsidRDefault="00F10DF7">
      <w:pPr>
        <w:rPr>
          <w:lang w:val="fr-FR"/>
        </w:rPr>
      </w:pPr>
      <w:r w:rsidRPr="00F10DF7">
        <w:rPr>
          <w:lang w:val="fr-FR"/>
        </w:rPr>
        <w:t>Nous mettons en œuvre des mesures techniques et organisationnelles pour garantir la sécurité et la confidentialité de vos données. Toutefois, la transmission par internet comporte des risques dont le club ne peut être tenu responsable.</w:t>
      </w:r>
    </w:p>
    <w:p w:rsidR="000C3B37" w:rsidRPr="00F10DF7" w:rsidRDefault="00F10DF7">
      <w:pPr>
        <w:pStyle w:val="Titre2"/>
        <w:rPr>
          <w:lang w:val="fr-FR"/>
        </w:rPr>
      </w:pPr>
      <w:r w:rsidRPr="00F10DF7">
        <w:rPr>
          <w:lang w:val="fr-FR"/>
        </w:rPr>
        <w:t>9. Cookies</w:t>
      </w:r>
    </w:p>
    <w:p w:rsidR="000C3B37" w:rsidRPr="00F10DF7" w:rsidRDefault="00F10DF7">
      <w:pPr>
        <w:rPr>
          <w:lang w:val="fr-FR"/>
        </w:rPr>
      </w:pPr>
      <w:r w:rsidRPr="00F10DF7">
        <w:rPr>
          <w:lang w:val="fr-FR"/>
        </w:rPr>
        <w:t>Notre site utilise des cookies pour :</w:t>
      </w:r>
      <w:r w:rsidRPr="00F10DF7">
        <w:rPr>
          <w:lang w:val="fr-FR"/>
        </w:rPr>
        <w:br/>
        <w:t>- assurer son bon fonctionnement,</w:t>
      </w:r>
      <w:r w:rsidRPr="00F10DF7">
        <w:rPr>
          <w:lang w:val="fr-FR"/>
        </w:rPr>
        <w:br/>
        <w:t>- mesurer l’audience,</w:t>
      </w:r>
      <w:r w:rsidRPr="00F10DF7">
        <w:rPr>
          <w:lang w:val="fr-FR"/>
        </w:rPr>
        <w:br/>
      </w:r>
      <w:r w:rsidRPr="00F10DF7">
        <w:rPr>
          <w:lang w:val="fr-FR"/>
        </w:rPr>
        <w:lastRenderedPageBreak/>
        <w:t>- permettre le partage sur les réseaux sociaux.</w:t>
      </w:r>
      <w:r w:rsidRPr="00F10DF7">
        <w:rPr>
          <w:lang w:val="fr-FR"/>
        </w:rPr>
        <w:br/>
      </w:r>
      <w:r w:rsidRPr="00F10DF7">
        <w:rPr>
          <w:lang w:val="fr-FR"/>
        </w:rPr>
        <w:br/>
        <w:t>Vous pouvez accepter ou refuser les cookies via notre outil de gestion. Le refus peut limiter certaines fonctionnalités du site.</w:t>
      </w:r>
    </w:p>
    <w:p w:rsidR="000C3B37" w:rsidRPr="00F10DF7" w:rsidRDefault="00F10DF7">
      <w:pPr>
        <w:pStyle w:val="Titre2"/>
        <w:rPr>
          <w:lang w:val="fr-FR"/>
        </w:rPr>
      </w:pPr>
      <w:r w:rsidRPr="00F10DF7">
        <w:rPr>
          <w:lang w:val="fr-FR"/>
        </w:rPr>
        <w:t>10. Mise à jour de la politique</w:t>
      </w:r>
    </w:p>
    <w:p w:rsidR="000C3B37" w:rsidRPr="00F10DF7" w:rsidRDefault="00F10DF7">
      <w:pPr>
        <w:rPr>
          <w:lang w:val="fr-FR"/>
        </w:rPr>
      </w:pPr>
      <w:r w:rsidRPr="00F10DF7">
        <w:rPr>
          <w:lang w:val="fr-FR"/>
        </w:rPr>
        <w:t>Cette politique est susceptible d’être mise à jour. Nous vous invitons à la consulter régulièrement.</w:t>
      </w:r>
    </w:p>
    <w:p w:rsidR="000C3B37" w:rsidRPr="00F10DF7" w:rsidRDefault="00F10DF7">
      <w:pPr>
        <w:pStyle w:val="Titre2"/>
        <w:rPr>
          <w:lang w:val="fr-FR"/>
        </w:rPr>
      </w:pPr>
      <w:r w:rsidRPr="00F10DF7">
        <w:rPr>
          <w:lang w:val="fr-FR"/>
        </w:rPr>
        <w:t>Contact</w:t>
      </w:r>
    </w:p>
    <w:p w:rsidR="000C3B37" w:rsidRPr="00F10DF7" w:rsidRDefault="00F10DF7">
      <w:pPr>
        <w:rPr>
          <w:lang w:val="fr-FR"/>
        </w:rPr>
      </w:pPr>
      <w:r w:rsidRPr="00F10DF7">
        <w:rPr>
          <w:lang w:val="fr-FR"/>
        </w:rPr>
        <w:t>Pour toute question relative à la protection des données :</w:t>
      </w:r>
      <w:r w:rsidRPr="00F10DF7">
        <w:rPr>
          <w:lang w:val="fr-FR"/>
        </w:rPr>
        <w:br/>
        <w:t>[Nom du club] – Délégué à la protection des données</w:t>
      </w:r>
      <w:r w:rsidRPr="00F10DF7">
        <w:rPr>
          <w:lang w:val="fr-FR"/>
        </w:rPr>
        <w:br/>
        <w:t>Email : [adresse email]</w:t>
      </w:r>
      <w:r w:rsidRPr="00F10DF7">
        <w:rPr>
          <w:lang w:val="fr-FR"/>
        </w:rPr>
        <w:br/>
        <w:t>Adresse : [adresse postale]</w:t>
      </w:r>
    </w:p>
    <w:sectPr w:rsidR="000C3B37" w:rsidRPr="00F10DF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0C3B37"/>
    <w:rsid w:val="0015074B"/>
    <w:rsid w:val="0029639D"/>
    <w:rsid w:val="00326F90"/>
    <w:rsid w:val="00605FFC"/>
    <w:rsid w:val="00AA1D8D"/>
    <w:rsid w:val="00B47730"/>
    <w:rsid w:val="00CB0664"/>
    <w:rsid w:val="00DE4C69"/>
    <w:rsid w:val="00F10DF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705C0471-C81A-4B34-ADD7-6A87FACCA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Emphaseple">
    <w:name w:val="Subtle Emphasis"/>
    <w:basedOn w:val="Policepardfaut"/>
    <w:uiPriority w:val="19"/>
    <w:qFormat/>
    <w:rsid w:val="00FC693F"/>
    <w:rPr>
      <w:i/>
      <w:iCs/>
      <w:color w:val="808080" w:themeColor="text1" w:themeTint="7F"/>
    </w:rPr>
  </w:style>
  <w:style w:type="character" w:styleId="Emphaseintense">
    <w:name w:val="Intense Emphasis"/>
    <w:basedOn w:val="Policepardfaut"/>
    <w:uiPriority w:val="21"/>
    <w:qFormat/>
    <w:rsid w:val="00FC693F"/>
    <w:rPr>
      <w:b/>
      <w:bCs/>
      <w:i/>
      <w:iCs/>
      <w:color w:val="4F81BD" w:themeColor="accent1"/>
    </w:rPr>
  </w:style>
  <w:style w:type="character" w:styleId="Rfrencepl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1DC2C5-DF9F-48D7-B2F2-CEA22BDA2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593</Words>
  <Characters>3263</Characters>
  <Application>Microsoft Office Word</Application>
  <DocSecurity>0</DocSecurity>
  <Lines>27</Lines>
  <Paragraphs>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3849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generated by python-docx</dc:description>
  <cp:lastModifiedBy>SALAÜN Maxime</cp:lastModifiedBy>
  <cp:revision>3</cp:revision>
  <dcterms:created xsi:type="dcterms:W3CDTF">2025-10-27T14:56:00Z</dcterms:created>
  <dcterms:modified xsi:type="dcterms:W3CDTF">2025-11-03T09:42:00Z</dcterms:modified>
  <cp:category/>
</cp:coreProperties>
</file>